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5: Checkpoint Review 1 - States and Particles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Matter is anything that has ____ and takes up ____.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Which state has particles packed tight and vibrating in place?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Explain why a balloon gets bigger when you blow more air in, using particles.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states of matter using particles.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